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EFB067" w14:textId="15BC91BF" w:rsidR="002F71A8" w:rsidRPr="00292DC3" w:rsidRDefault="00A4234C" w:rsidP="00292DC3">
      <w:pPr>
        <w:pStyle w:val="Nagwek1"/>
        <w:jc w:val="center"/>
        <w:rPr>
          <w:rFonts w:cstheme="majorHAnsi"/>
          <w:bCs w:val="0"/>
        </w:rPr>
      </w:pPr>
      <w:proofErr w:type="spellStart"/>
      <w:r w:rsidRPr="00292DC3">
        <w:rPr>
          <w:rFonts w:cstheme="majorHAnsi"/>
          <w:bCs w:val="0"/>
        </w:rPr>
        <w:t>Formularz</w:t>
      </w:r>
      <w:proofErr w:type="spellEnd"/>
      <w:r w:rsidRPr="00292DC3">
        <w:rPr>
          <w:rFonts w:cstheme="majorHAnsi"/>
          <w:bCs w:val="0"/>
        </w:rPr>
        <w:t xml:space="preserve"> </w:t>
      </w:r>
      <w:proofErr w:type="spellStart"/>
      <w:r w:rsidRPr="00292DC3">
        <w:rPr>
          <w:rFonts w:cstheme="majorHAnsi"/>
          <w:bCs w:val="0"/>
        </w:rPr>
        <w:t>zgłoszeniowy</w:t>
      </w:r>
      <w:proofErr w:type="spellEnd"/>
    </w:p>
    <w:p w14:paraId="07383808" w14:textId="77777777" w:rsidR="00A4234C" w:rsidRPr="00292DC3" w:rsidRDefault="00A4234C" w:rsidP="00A4234C">
      <w:pPr>
        <w:jc w:val="center"/>
        <w:rPr>
          <w:rFonts w:asciiTheme="majorHAnsi" w:hAnsiTheme="majorHAnsi" w:cstheme="majorHAnsi"/>
          <w:color w:val="000000" w:themeColor="text1"/>
          <w:sz w:val="28"/>
          <w:szCs w:val="28"/>
        </w:rPr>
      </w:pPr>
    </w:p>
    <w:p w14:paraId="744F33EF" w14:textId="35F4B107" w:rsidR="002F71A8" w:rsidRPr="00292DC3" w:rsidRDefault="00292DC3" w:rsidP="00A4234C">
      <w:pPr>
        <w:jc w:val="center"/>
        <w:rPr>
          <w:rFonts w:asciiTheme="majorHAnsi" w:hAnsiTheme="majorHAnsi" w:cstheme="majorHAnsi"/>
          <w:color w:val="C00000"/>
          <w:sz w:val="28"/>
          <w:szCs w:val="28"/>
        </w:rPr>
      </w:pPr>
      <w:proofErr w:type="spellStart"/>
      <w:r w:rsidRPr="00292DC3">
        <w:rPr>
          <w:rFonts w:asciiTheme="majorHAnsi" w:hAnsiTheme="majorHAnsi" w:cstheme="majorHAnsi"/>
          <w:color w:val="000000" w:themeColor="text1"/>
          <w:sz w:val="28"/>
          <w:szCs w:val="28"/>
        </w:rPr>
        <w:t>Konkurs</w:t>
      </w:r>
      <w:proofErr w:type="spellEnd"/>
      <w:r w:rsidRPr="00292DC3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 </w:t>
      </w:r>
      <w:proofErr w:type="spellStart"/>
      <w:r w:rsidRPr="00292DC3">
        <w:rPr>
          <w:rFonts w:asciiTheme="majorHAnsi" w:hAnsiTheme="majorHAnsi" w:cstheme="majorHAnsi"/>
          <w:color w:val="000000" w:themeColor="text1"/>
          <w:sz w:val="28"/>
          <w:szCs w:val="28"/>
        </w:rPr>
        <w:t>Piosenki</w:t>
      </w:r>
      <w:proofErr w:type="spellEnd"/>
      <w:r w:rsidRPr="00292DC3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 </w:t>
      </w:r>
      <w:proofErr w:type="spellStart"/>
      <w:r w:rsidRPr="00292DC3">
        <w:rPr>
          <w:rFonts w:asciiTheme="majorHAnsi" w:hAnsiTheme="majorHAnsi" w:cstheme="majorHAnsi"/>
          <w:color w:val="000000" w:themeColor="text1"/>
          <w:sz w:val="28"/>
          <w:szCs w:val="28"/>
        </w:rPr>
        <w:t>Polskiej</w:t>
      </w:r>
      <w:proofErr w:type="spellEnd"/>
      <w:r w:rsidRPr="00292DC3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 </w:t>
      </w:r>
      <w:r w:rsidRPr="00292DC3">
        <w:rPr>
          <w:rFonts w:asciiTheme="majorHAnsi" w:hAnsiTheme="majorHAnsi" w:cstheme="majorHAnsi"/>
          <w:b/>
          <w:color w:val="C00000"/>
          <w:sz w:val="28"/>
          <w:szCs w:val="28"/>
        </w:rPr>
        <w:t>"</w:t>
      </w:r>
      <w:proofErr w:type="spellStart"/>
      <w:r w:rsidRPr="00292DC3">
        <w:rPr>
          <w:rFonts w:asciiTheme="majorHAnsi" w:hAnsiTheme="majorHAnsi" w:cstheme="majorHAnsi"/>
          <w:b/>
          <w:color w:val="C00000"/>
          <w:sz w:val="28"/>
          <w:szCs w:val="28"/>
        </w:rPr>
        <w:t>Polska</w:t>
      </w:r>
      <w:proofErr w:type="spellEnd"/>
      <w:r w:rsidRPr="00292DC3">
        <w:rPr>
          <w:rFonts w:asciiTheme="majorHAnsi" w:hAnsiTheme="majorHAnsi" w:cstheme="majorHAnsi"/>
          <w:b/>
          <w:color w:val="C00000"/>
          <w:sz w:val="28"/>
          <w:szCs w:val="28"/>
        </w:rPr>
        <w:t xml:space="preserve"> </w:t>
      </w:r>
      <w:proofErr w:type="spellStart"/>
      <w:r w:rsidRPr="00292DC3">
        <w:rPr>
          <w:rFonts w:asciiTheme="majorHAnsi" w:hAnsiTheme="majorHAnsi" w:cstheme="majorHAnsi"/>
          <w:b/>
          <w:color w:val="C00000"/>
          <w:sz w:val="28"/>
          <w:szCs w:val="28"/>
        </w:rPr>
        <w:t>nuta</w:t>
      </w:r>
      <w:proofErr w:type="spellEnd"/>
      <w:r w:rsidRPr="00292DC3">
        <w:rPr>
          <w:rFonts w:asciiTheme="majorHAnsi" w:hAnsiTheme="majorHAnsi" w:cstheme="majorHAnsi"/>
          <w:b/>
          <w:color w:val="C00000"/>
          <w:sz w:val="28"/>
          <w:szCs w:val="28"/>
        </w:rPr>
        <w:t xml:space="preserve"> w </w:t>
      </w:r>
      <w:proofErr w:type="spellStart"/>
      <w:r w:rsidRPr="00292DC3">
        <w:rPr>
          <w:rFonts w:asciiTheme="majorHAnsi" w:hAnsiTheme="majorHAnsi" w:cstheme="majorHAnsi"/>
          <w:b/>
          <w:color w:val="C00000"/>
          <w:sz w:val="28"/>
          <w:szCs w:val="28"/>
        </w:rPr>
        <w:t>duszy</w:t>
      </w:r>
      <w:proofErr w:type="spellEnd"/>
      <w:r w:rsidRPr="00292DC3">
        <w:rPr>
          <w:rFonts w:asciiTheme="majorHAnsi" w:hAnsiTheme="majorHAnsi" w:cstheme="majorHAnsi"/>
          <w:b/>
          <w:color w:val="C00000"/>
          <w:sz w:val="28"/>
          <w:szCs w:val="28"/>
        </w:rPr>
        <w:t xml:space="preserve"> </w:t>
      </w:r>
      <w:proofErr w:type="spellStart"/>
      <w:r w:rsidRPr="00292DC3">
        <w:rPr>
          <w:rFonts w:asciiTheme="majorHAnsi" w:hAnsiTheme="majorHAnsi" w:cstheme="majorHAnsi"/>
          <w:b/>
          <w:color w:val="C00000"/>
          <w:sz w:val="28"/>
          <w:szCs w:val="28"/>
        </w:rPr>
        <w:t>gra</w:t>
      </w:r>
      <w:proofErr w:type="spellEnd"/>
      <w:r w:rsidRPr="00292DC3">
        <w:rPr>
          <w:rFonts w:asciiTheme="majorHAnsi" w:hAnsiTheme="majorHAnsi" w:cstheme="majorHAnsi"/>
          <w:b/>
          <w:color w:val="C00000"/>
          <w:sz w:val="28"/>
          <w:szCs w:val="28"/>
        </w:rPr>
        <w:t>"</w:t>
      </w:r>
    </w:p>
    <w:p w14:paraId="10A869BE" w14:textId="77777777" w:rsidR="004D5F3D" w:rsidRPr="00292DC3" w:rsidRDefault="00A4234C" w:rsidP="00A4234C">
      <w:pPr>
        <w:jc w:val="center"/>
        <w:rPr>
          <w:rFonts w:asciiTheme="majorHAnsi" w:hAnsiTheme="majorHAnsi" w:cstheme="majorHAnsi"/>
          <w:color w:val="000000" w:themeColor="text1"/>
          <w:sz w:val="28"/>
          <w:szCs w:val="28"/>
        </w:rPr>
      </w:pPr>
      <w:proofErr w:type="spellStart"/>
      <w:r w:rsidRPr="00292DC3">
        <w:rPr>
          <w:rFonts w:asciiTheme="majorHAnsi" w:hAnsiTheme="majorHAnsi" w:cstheme="majorHAnsi"/>
          <w:color w:val="000000" w:themeColor="text1"/>
          <w:sz w:val="28"/>
          <w:szCs w:val="28"/>
        </w:rPr>
        <w:t>Szkoła</w:t>
      </w:r>
      <w:proofErr w:type="spellEnd"/>
      <w:r w:rsidRPr="00292DC3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 </w:t>
      </w:r>
      <w:proofErr w:type="spellStart"/>
      <w:r w:rsidRPr="00292DC3">
        <w:rPr>
          <w:rFonts w:asciiTheme="majorHAnsi" w:hAnsiTheme="majorHAnsi" w:cstheme="majorHAnsi"/>
          <w:color w:val="000000" w:themeColor="text1"/>
          <w:sz w:val="28"/>
          <w:szCs w:val="28"/>
        </w:rPr>
        <w:t>Polska</w:t>
      </w:r>
      <w:proofErr w:type="spellEnd"/>
      <w:r w:rsidRPr="00292DC3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 </w:t>
      </w:r>
      <w:proofErr w:type="spellStart"/>
      <w:r w:rsidRPr="00292DC3">
        <w:rPr>
          <w:rFonts w:asciiTheme="majorHAnsi" w:hAnsiTheme="majorHAnsi" w:cstheme="majorHAnsi"/>
          <w:color w:val="000000" w:themeColor="text1"/>
          <w:sz w:val="28"/>
          <w:szCs w:val="28"/>
        </w:rPr>
        <w:t>im</w:t>
      </w:r>
      <w:proofErr w:type="spellEnd"/>
      <w:r w:rsidRPr="00292DC3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. </w:t>
      </w:r>
      <w:proofErr w:type="spellStart"/>
      <w:r w:rsidRPr="00292DC3">
        <w:rPr>
          <w:rFonts w:asciiTheme="majorHAnsi" w:hAnsiTheme="majorHAnsi" w:cstheme="majorHAnsi"/>
          <w:color w:val="000000" w:themeColor="text1"/>
          <w:sz w:val="28"/>
          <w:szCs w:val="28"/>
        </w:rPr>
        <w:t>Katarzyny</w:t>
      </w:r>
      <w:proofErr w:type="spellEnd"/>
      <w:r w:rsidRPr="00292DC3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 </w:t>
      </w:r>
      <w:proofErr w:type="spellStart"/>
      <w:r w:rsidRPr="00292DC3">
        <w:rPr>
          <w:rFonts w:asciiTheme="majorHAnsi" w:hAnsiTheme="majorHAnsi" w:cstheme="majorHAnsi"/>
          <w:color w:val="000000" w:themeColor="text1"/>
          <w:sz w:val="28"/>
          <w:szCs w:val="28"/>
        </w:rPr>
        <w:t>Jagiellonki</w:t>
      </w:r>
      <w:proofErr w:type="spellEnd"/>
      <w:r w:rsidRPr="00292DC3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 </w:t>
      </w:r>
      <w:proofErr w:type="spellStart"/>
      <w:r w:rsidRPr="00292DC3">
        <w:rPr>
          <w:rFonts w:asciiTheme="majorHAnsi" w:hAnsiTheme="majorHAnsi" w:cstheme="majorHAnsi"/>
          <w:color w:val="000000" w:themeColor="text1"/>
          <w:sz w:val="28"/>
          <w:szCs w:val="28"/>
        </w:rPr>
        <w:t>przy</w:t>
      </w:r>
      <w:proofErr w:type="spellEnd"/>
      <w:r w:rsidRPr="00292DC3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 </w:t>
      </w:r>
      <w:proofErr w:type="spellStart"/>
      <w:r w:rsidRPr="00292DC3">
        <w:rPr>
          <w:rFonts w:asciiTheme="majorHAnsi" w:hAnsiTheme="majorHAnsi" w:cstheme="majorHAnsi"/>
          <w:color w:val="000000" w:themeColor="text1"/>
          <w:sz w:val="28"/>
          <w:szCs w:val="28"/>
        </w:rPr>
        <w:t>Ambasadzie</w:t>
      </w:r>
      <w:proofErr w:type="spellEnd"/>
      <w:r w:rsidRPr="00292DC3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 RP</w:t>
      </w:r>
    </w:p>
    <w:p w14:paraId="4A07F951" w14:textId="002E70C2" w:rsidR="00A4234C" w:rsidRPr="00292DC3" w:rsidRDefault="00A4234C" w:rsidP="00A4234C">
      <w:pPr>
        <w:jc w:val="center"/>
        <w:rPr>
          <w:rFonts w:asciiTheme="majorHAnsi" w:hAnsiTheme="majorHAnsi" w:cstheme="majorHAnsi"/>
          <w:color w:val="000000" w:themeColor="text1"/>
          <w:sz w:val="28"/>
          <w:szCs w:val="28"/>
        </w:rPr>
      </w:pPr>
      <w:r w:rsidRPr="00292DC3">
        <w:rPr>
          <w:rFonts w:asciiTheme="majorHAnsi" w:hAnsiTheme="majorHAnsi" w:cstheme="majorHAnsi"/>
          <w:color w:val="000000" w:themeColor="text1"/>
          <w:sz w:val="28"/>
          <w:szCs w:val="28"/>
        </w:rPr>
        <w:t xml:space="preserve"> w </w:t>
      </w:r>
      <w:proofErr w:type="spellStart"/>
      <w:r w:rsidRPr="00292DC3">
        <w:rPr>
          <w:rFonts w:asciiTheme="majorHAnsi" w:hAnsiTheme="majorHAnsi" w:cstheme="majorHAnsi"/>
          <w:color w:val="000000" w:themeColor="text1"/>
          <w:sz w:val="28"/>
          <w:szCs w:val="28"/>
        </w:rPr>
        <w:t>Sztokholmie</w:t>
      </w:r>
      <w:proofErr w:type="spellEnd"/>
    </w:p>
    <w:p w14:paraId="05CBCF51" w14:textId="1C5101B9" w:rsidR="00A4234C" w:rsidRPr="00292DC3" w:rsidRDefault="00A4234C" w:rsidP="00A4234C">
      <w:pPr>
        <w:rPr>
          <w:rFonts w:asciiTheme="majorHAnsi" w:hAnsiTheme="majorHAnsi" w:cstheme="majorHAnsi"/>
          <w:color w:val="C00000"/>
          <w:sz w:val="28"/>
          <w:szCs w:val="28"/>
        </w:rPr>
      </w:pPr>
    </w:p>
    <w:p w14:paraId="1D8853D5" w14:textId="77777777" w:rsidR="002F71A8" w:rsidRPr="00292DC3" w:rsidRDefault="00292DC3">
      <w:pPr>
        <w:rPr>
          <w:rFonts w:asciiTheme="majorHAnsi" w:hAnsiTheme="majorHAnsi" w:cstheme="majorHAnsi"/>
          <w:sz w:val="24"/>
          <w:szCs w:val="24"/>
        </w:rPr>
      </w:pPr>
      <w:r w:rsidRPr="00292DC3">
        <w:rPr>
          <w:rFonts w:asciiTheme="majorHAnsi" w:hAnsiTheme="majorHAnsi" w:cstheme="majorHAnsi"/>
          <w:sz w:val="24"/>
          <w:szCs w:val="24"/>
        </w:rPr>
        <w:t>Imię i nazwisko uczestnika:</w:t>
      </w:r>
    </w:p>
    <w:p w14:paraId="1204DD89" w14:textId="2136110F" w:rsidR="002F71A8" w:rsidRPr="00292DC3" w:rsidRDefault="00292DC3">
      <w:pPr>
        <w:rPr>
          <w:rFonts w:asciiTheme="majorHAnsi" w:hAnsiTheme="majorHAnsi" w:cstheme="majorHAnsi"/>
          <w:sz w:val="24"/>
          <w:szCs w:val="24"/>
        </w:rPr>
      </w:pPr>
      <w:r w:rsidRPr="00292DC3">
        <w:rPr>
          <w:rFonts w:asciiTheme="majorHAnsi" w:hAnsiTheme="majorHAnsi" w:cstheme="majorHAnsi"/>
          <w:sz w:val="24"/>
          <w:szCs w:val="24"/>
        </w:rPr>
        <w:t>________________________________________</w:t>
      </w:r>
    </w:p>
    <w:p w14:paraId="5FB38B5D" w14:textId="77777777" w:rsidR="002F71A8" w:rsidRPr="00292DC3" w:rsidRDefault="00292DC3">
      <w:pPr>
        <w:rPr>
          <w:rFonts w:asciiTheme="majorHAnsi" w:hAnsiTheme="majorHAnsi" w:cstheme="majorHAnsi"/>
          <w:sz w:val="24"/>
          <w:szCs w:val="24"/>
        </w:rPr>
      </w:pPr>
      <w:r w:rsidRPr="00292DC3">
        <w:rPr>
          <w:rFonts w:asciiTheme="majorHAnsi" w:hAnsiTheme="majorHAnsi" w:cstheme="majorHAnsi"/>
          <w:sz w:val="24"/>
          <w:szCs w:val="24"/>
        </w:rPr>
        <w:t>Klasa:</w:t>
      </w:r>
    </w:p>
    <w:p w14:paraId="05F64A47" w14:textId="77777777" w:rsidR="002F71A8" w:rsidRPr="00292DC3" w:rsidRDefault="00292DC3">
      <w:pPr>
        <w:rPr>
          <w:rFonts w:asciiTheme="majorHAnsi" w:hAnsiTheme="majorHAnsi" w:cstheme="majorHAnsi"/>
          <w:sz w:val="24"/>
          <w:szCs w:val="24"/>
        </w:rPr>
      </w:pPr>
      <w:r w:rsidRPr="00292DC3">
        <w:rPr>
          <w:rFonts w:asciiTheme="majorHAnsi" w:hAnsiTheme="majorHAnsi" w:cstheme="majorHAnsi"/>
          <w:sz w:val="24"/>
          <w:szCs w:val="24"/>
        </w:rPr>
        <w:t>________________________________________</w:t>
      </w:r>
    </w:p>
    <w:p w14:paraId="548C30F3" w14:textId="77777777" w:rsidR="002F71A8" w:rsidRPr="00292DC3" w:rsidRDefault="00292DC3">
      <w:pPr>
        <w:rPr>
          <w:rFonts w:asciiTheme="majorHAnsi" w:hAnsiTheme="majorHAnsi" w:cstheme="majorHAnsi"/>
          <w:sz w:val="24"/>
          <w:szCs w:val="24"/>
        </w:rPr>
      </w:pPr>
      <w:r w:rsidRPr="00292DC3">
        <w:rPr>
          <w:rFonts w:asciiTheme="majorHAnsi" w:hAnsiTheme="majorHAnsi" w:cstheme="majorHAnsi"/>
          <w:sz w:val="24"/>
          <w:szCs w:val="24"/>
        </w:rPr>
        <w:t>Tytuł wykonywanej piosenki:</w:t>
      </w:r>
    </w:p>
    <w:p w14:paraId="213ECC18" w14:textId="77777777" w:rsidR="002F71A8" w:rsidRPr="00292DC3" w:rsidRDefault="00292DC3">
      <w:pPr>
        <w:rPr>
          <w:rFonts w:asciiTheme="majorHAnsi" w:hAnsiTheme="majorHAnsi" w:cstheme="majorHAnsi"/>
          <w:sz w:val="24"/>
          <w:szCs w:val="24"/>
        </w:rPr>
      </w:pPr>
      <w:r w:rsidRPr="00292DC3">
        <w:rPr>
          <w:rFonts w:asciiTheme="majorHAnsi" w:hAnsiTheme="majorHAnsi" w:cstheme="majorHAnsi"/>
          <w:sz w:val="24"/>
          <w:szCs w:val="24"/>
        </w:rPr>
        <w:t>________________________________________</w:t>
      </w:r>
    </w:p>
    <w:p w14:paraId="01288B31" w14:textId="77777777" w:rsidR="002F71A8" w:rsidRPr="00292DC3" w:rsidRDefault="00292DC3">
      <w:pPr>
        <w:rPr>
          <w:rFonts w:asciiTheme="majorHAnsi" w:hAnsiTheme="majorHAnsi" w:cstheme="majorHAnsi"/>
          <w:sz w:val="24"/>
          <w:szCs w:val="24"/>
        </w:rPr>
      </w:pPr>
      <w:r w:rsidRPr="00292DC3">
        <w:rPr>
          <w:rFonts w:asciiTheme="majorHAnsi" w:hAnsiTheme="majorHAnsi" w:cstheme="majorHAnsi"/>
          <w:sz w:val="24"/>
          <w:szCs w:val="24"/>
        </w:rPr>
        <w:t>Wykonanie (solo / duet / zespół):</w:t>
      </w:r>
    </w:p>
    <w:p w14:paraId="0B707B72" w14:textId="77777777" w:rsidR="002F71A8" w:rsidRPr="00292DC3" w:rsidRDefault="00292DC3">
      <w:pPr>
        <w:rPr>
          <w:rFonts w:asciiTheme="majorHAnsi" w:hAnsiTheme="majorHAnsi" w:cstheme="majorHAnsi"/>
          <w:sz w:val="24"/>
          <w:szCs w:val="24"/>
        </w:rPr>
      </w:pPr>
      <w:r w:rsidRPr="00292DC3">
        <w:rPr>
          <w:rFonts w:asciiTheme="majorHAnsi" w:hAnsiTheme="majorHAnsi" w:cstheme="majorHAnsi"/>
          <w:sz w:val="24"/>
          <w:szCs w:val="24"/>
        </w:rPr>
        <w:t>________________________________________</w:t>
      </w:r>
    </w:p>
    <w:p w14:paraId="753C7112" w14:textId="1BE7CD62" w:rsidR="002F71A8" w:rsidRPr="00292DC3" w:rsidRDefault="00292DC3">
      <w:pPr>
        <w:rPr>
          <w:rFonts w:asciiTheme="majorHAnsi" w:hAnsiTheme="majorHAnsi" w:cstheme="majorHAnsi"/>
          <w:sz w:val="24"/>
          <w:szCs w:val="24"/>
        </w:rPr>
      </w:pPr>
      <w:proofErr w:type="spellStart"/>
      <w:r w:rsidRPr="00292DC3">
        <w:rPr>
          <w:rFonts w:asciiTheme="majorHAnsi" w:hAnsiTheme="majorHAnsi" w:cstheme="majorHAnsi"/>
          <w:sz w:val="24"/>
          <w:szCs w:val="24"/>
        </w:rPr>
        <w:t>Imię</w:t>
      </w:r>
      <w:proofErr w:type="spellEnd"/>
      <w:r w:rsidRPr="00292DC3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292DC3">
        <w:rPr>
          <w:rFonts w:asciiTheme="majorHAnsi" w:hAnsiTheme="majorHAnsi" w:cstheme="majorHAnsi"/>
          <w:sz w:val="24"/>
          <w:szCs w:val="24"/>
        </w:rPr>
        <w:t>i</w:t>
      </w:r>
      <w:proofErr w:type="spellEnd"/>
      <w:r w:rsidRPr="00292DC3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292DC3">
        <w:rPr>
          <w:rFonts w:asciiTheme="majorHAnsi" w:hAnsiTheme="majorHAnsi" w:cstheme="majorHAnsi"/>
          <w:sz w:val="24"/>
          <w:szCs w:val="24"/>
        </w:rPr>
        <w:t>nazwisko</w:t>
      </w:r>
      <w:proofErr w:type="spellEnd"/>
      <w:r w:rsidRPr="00292DC3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="007D27C0">
        <w:rPr>
          <w:rFonts w:asciiTheme="majorHAnsi" w:hAnsiTheme="majorHAnsi" w:cstheme="majorHAnsi"/>
          <w:sz w:val="24"/>
          <w:szCs w:val="24"/>
        </w:rPr>
        <w:t>rodzica</w:t>
      </w:r>
      <w:proofErr w:type="spellEnd"/>
      <w:r w:rsidR="007D27C0">
        <w:rPr>
          <w:rFonts w:asciiTheme="majorHAnsi" w:hAnsiTheme="majorHAnsi" w:cstheme="majorHAnsi"/>
          <w:sz w:val="24"/>
          <w:szCs w:val="24"/>
          <w:lang w:val="pl-PL"/>
        </w:rPr>
        <w:t>/</w:t>
      </w:r>
      <w:proofErr w:type="spellStart"/>
      <w:r w:rsidRPr="00292DC3">
        <w:rPr>
          <w:rFonts w:asciiTheme="majorHAnsi" w:hAnsiTheme="majorHAnsi" w:cstheme="majorHAnsi"/>
          <w:sz w:val="24"/>
          <w:szCs w:val="24"/>
        </w:rPr>
        <w:t>opiekuna</w:t>
      </w:r>
      <w:proofErr w:type="spellEnd"/>
      <w:r w:rsidRPr="00292DC3">
        <w:rPr>
          <w:rFonts w:asciiTheme="majorHAnsi" w:hAnsiTheme="majorHAnsi" w:cstheme="majorHAnsi"/>
          <w:sz w:val="24"/>
          <w:szCs w:val="24"/>
        </w:rPr>
        <w:t>:</w:t>
      </w:r>
    </w:p>
    <w:p w14:paraId="2ACAAEC6" w14:textId="77777777" w:rsidR="002F71A8" w:rsidRPr="00292DC3" w:rsidRDefault="00292DC3">
      <w:pPr>
        <w:rPr>
          <w:rFonts w:asciiTheme="majorHAnsi" w:hAnsiTheme="majorHAnsi" w:cstheme="majorHAnsi"/>
          <w:sz w:val="24"/>
          <w:szCs w:val="24"/>
        </w:rPr>
      </w:pPr>
      <w:r w:rsidRPr="00292DC3">
        <w:rPr>
          <w:rFonts w:asciiTheme="majorHAnsi" w:hAnsiTheme="majorHAnsi" w:cstheme="majorHAnsi"/>
          <w:sz w:val="24"/>
          <w:szCs w:val="24"/>
        </w:rPr>
        <w:t>________________________________________</w:t>
      </w:r>
    </w:p>
    <w:p w14:paraId="7DEE1338" w14:textId="77777777" w:rsidR="002F71A8" w:rsidRPr="00292DC3" w:rsidRDefault="00292DC3">
      <w:pPr>
        <w:rPr>
          <w:rFonts w:asciiTheme="majorHAnsi" w:hAnsiTheme="majorHAnsi" w:cstheme="majorHAnsi"/>
          <w:sz w:val="24"/>
          <w:szCs w:val="24"/>
        </w:rPr>
      </w:pPr>
      <w:r w:rsidRPr="00292DC3">
        <w:rPr>
          <w:rFonts w:asciiTheme="majorHAnsi" w:hAnsiTheme="majorHAnsi" w:cstheme="majorHAnsi"/>
          <w:sz w:val="24"/>
          <w:szCs w:val="24"/>
        </w:rPr>
        <w:t>E-mail:</w:t>
      </w:r>
    </w:p>
    <w:p w14:paraId="3164360B" w14:textId="77777777" w:rsidR="002F71A8" w:rsidRPr="00292DC3" w:rsidRDefault="00292DC3">
      <w:pPr>
        <w:rPr>
          <w:rFonts w:asciiTheme="majorHAnsi" w:hAnsiTheme="majorHAnsi" w:cstheme="majorHAnsi"/>
          <w:sz w:val="24"/>
          <w:szCs w:val="24"/>
        </w:rPr>
      </w:pPr>
      <w:r w:rsidRPr="00292DC3">
        <w:rPr>
          <w:rFonts w:asciiTheme="majorHAnsi" w:hAnsiTheme="majorHAnsi" w:cstheme="majorHAnsi"/>
          <w:sz w:val="24"/>
          <w:szCs w:val="24"/>
        </w:rPr>
        <w:t>________________________________________</w:t>
      </w:r>
    </w:p>
    <w:p w14:paraId="49FE2B4A" w14:textId="1E71F199" w:rsidR="002F71A8" w:rsidRPr="00292DC3" w:rsidRDefault="00292DC3">
      <w:pPr>
        <w:rPr>
          <w:rFonts w:asciiTheme="majorHAnsi" w:hAnsiTheme="majorHAnsi" w:cstheme="majorHAnsi"/>
          <w:sz w:val="24"/>
          <w:szCs w:val="24"/>
        </w:rPr>
      </w:pPr>
      <w:proofErr w:type="spellStart"/>
      <w:r w:rsidRPr="00292DC3">
        <w:rPr>
          <w:rFonts w:asciiTheme="majorHAnsi" w:hAnsiTheme="majorHAnsi" w:cstheme="majorHAnsi"/>
          <w:sz w:val="24"/>
          <w:szCs w:val="24"/>
        </w:rPr>
        <w:t>Wyrażam</w:t>
      </w:r>
      <w:proofErr w:type="spellEnd"/>
      <w:r w:rsidRPr="00292DC3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292DC3">
        <w:rPr>
          <w:rFonts w:asciiTheme="majorHAnsi" w:hAnsiTheme="majorHAnsi" w:cstheme="majorHAnsi"/>
          <w:sz w:val="24"/>
          <w:szCs w:val="24"/>
        </w:rPr>
        <w:t>zgodę</w:t>
      </w:r>
      <w:proofErr w:type="spellEnd"/>
      <w:r w:rsidRPr="00292DC3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292DC3">
        <w:rPr>
          <w:rFonts w:asciiTheme="majorHAnsi" w:hAnsiTheme="majorHAnsi" w:cstheme="majorHAnsi"/>
          <w:sz w:val="24"/>
          <w:szCs w:val="24"/>
        </w:rPr>
        <w:t>na</w:t>
      </w:r>
      <w:proofErr w:type="spellEnd"/>
      <w:r w:rsidRPr="00292DC3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Pr="00292DC3">
        <w:rPr>
          <w:rFonts w:asciiTheme="majorHAnsi" w:hAnsiTheme="majorHAnsi" w:cstheme="majorHAnsi"/>
          <w:sz w:val="24"/>
          <w:szCs w:val="24"/>
        </w:rPr>
        <w:t>udział</w:t>
      </w:r>
      <w:proofErr w:type="spellEnd"/>
      <w:r w:rsidRPr="00292DC3">
        <w:rPr>
          <w:rFonts w:asciiTheme="majorHAnsi" w:hAnsiTheme="majorHAnsi" w:cstheme="majorHAnsi"/>
          <w:sz w:val="24"/>
          <w:szCs w:val="24"/>
        </w:rPr>
        <w:t xml:space="preserve"> dziecka w konkursie oraz na przetwarzanie danych osobowych zgodnie z obowiązującymi przepisami RODO w celu organizacji wydarzenia.</w:t>
      </w:r>
    </w:p>
    <w:p w14:paraId="3C397EB4" w14:textId="4ADF110D" w:rsidR="00A4234C" w:rsidRPr="00292DC3" w:rsidRDefault="00292DC3">
      <w:pPr>
        <w:rPr>
          <w:rFonts w:asciiTheme="majorHAnsi" w:hAnsiTheme="majorHAnsi" w:cstheme="majorHAnsi"/>
          <w:sz w:val="24"/>
          <w:szCs w:val="24"/>
        </w:rPr>
      </w:pPr>
      <w:r w:rsidRPr="00292DC3">
        <w:rPr>
          <w:rFonts w:asciiTheme="majorHAnsi" w:hAnsiTheme="majorHAnsi" w:cstheme="majorHAnsi"/>
          <w:sz w:val="24"/>
          <w:szCs w:val="24"/>
        </w:rPr>
        <w:t>Data: ________________</w:t>
      </w:r>
      <w:r>
        <w:rPr>
          <w:rFonts w:asciiTheme="majorHAnsi" w:hAnsiTheme="majorHAnsi" w:cstheme="majorHAnsi"/>
          <w:sz w:val="24"/>
          <w:szCs w:val="24"/>
        </w:rPr>
        <w:t>________________________</w:t>
      </w:r>
      <w:r w:rsidRPr="00292DC3">
        <w:rPr>
          <w:rFonts w:asciiTheme="majorHAnsi" w:hAnsiTheme="majorHAnsi" w:cstheme="majorHAnsi"/>
          <w:sz w:val="24"/>
          <w:szCs w:val="24"/>
        </w:rPr>
        <w:t xml:space="preserve">     </w:t>
      </w:r>
    </w:p>
    <w:p w14:paraId="528FBEB5" w14:textId="77777777" w:rsidR="007D27C0" w:rsidRDefault="00292DC3">
      <w:pPr>
        <w:rPr>
          <w:rFonts w:asciiTheme="majorHAnsi" w:hAnsiTheme="majorHAnsi" w:cstheme="majorHAnsi"/>
          <w:sz w:val="24"/>
          <w:szCs w:val="24"/>
        </w:rPr>
      </w:pPr>
      <w:proofErr w:type="spellStart"/>
      <w:r w:rsidRPr="00292DC3">
        <w:rPr>
          <w:rFonts w:asciiTheme="majorHAnsi" w:hAnsiTheme="majorHAnsi" w:cstheme="majorHAnsi"/>
          <w:sz w:val="24"/>
          <w:szCs w:val="24"/>
        </w:rPr>
        <w:t>Podpis</w:t>
      </w:r>
      <w:proofErr w:type="spellEnd"/>
      <w:r w:rsidR="00A4234C" w:rsidRPr="00292DC3">
        <w:rPr>
          <w:rFonts w:asciiTheme="majorHAnsi" w:hAnsiTheme="majorHAnsi" w:cstheme="majorHAnsi"/>
          <w:sz w:val="24"/>
          <w:szCs w:val="24"/>
        </w:rPr>
        <w:t xml:space="preserve"> </w:t>
      </w:r>
      <w:proofErr w:type="spellStart"/>
      <w:r w:rsidR="00A4234C" w:rsidRPr="00292DC3">
        <w:rPr>
          <w:rFonts w:asciiTheme="majorHAnsi" w:hAnsiTheme="majorHAnsi" w:cstheme="majorHAnsi"/>
          <w:sz w:val="24"/>
          <w:szCs w:val="24"/>
        </w:rPr>
        <w:t>rodzica</w:t>
      </w:r>
      <w:proofErr w:type="spellEnd"/>
      <w:r w:rsidR="007D27C0">
        <w:rPr>
          <w:rFonts w:asciiTheme="majorHAnsi" w:hAnsiTheme="majorHAnsi" w:cstheme="majorHAnsi"/>
          <w:sz w:val="24"/>
          <w:szCs w:val="24"/>
        </w:rPr>
        <w:t>/</w:t>
      </w:r>
      <w:proofErr w:type="spellStart"/>
      <w:r w:rsidR="007D27C0">
        <w:rPr>
          <w:rFonts w:asciiTheme="majorHAnsi" w:hAnsiTheme="majorHAnsi" w:cstheme="majorHAnsi"/>
          <w:sz w:val="24"/>
          <w:szCs w:val="24"/>
        </w:rPr>
        <w:t>opiekuna</w:t>
      </w:r>
      <w:proofErr w:type="spellEnd"/>
      <w:r w:rsidRPr="00292DC3">
        <w:rPr>
          <w:rFonts w:asciiTheme="majorHAnsi" w:hAnsiTheme="majorHAnsi" w:cstheme="majorHAnsi"/>
          <w:sz w:val="24"/>
          <w:szCs w:val="24"/>
        </w:rPr>
        <w:t>:</w:t>
      </w:r>
    </w:p>
    <w:p w14:paraId="36CF9CD6" w14:textId="29A21207" w:rsidR="002F71A8" w:rsidRPr="007D27C0" w:rsidRDefault="00292DC3">
      <w:pPr>
        <w:rPr>
          <w:rFonts w:asciiTheme="majorHAnsi" w:hAnsiTheme="majorHAnsi" w:cstheme="majorHAnsi"/>
          <w:sz w:val="24"/>
          <w:szCs w:val="24"/>
          <w:lang w:val="sv-SE"/>
        </w:rPr>
      </w:pPr>
      <w:r w:rsidRPr="00292DC3">
        <w:rPr>
          <w:rFonts w:asciiTheme="majorHAnsi" w:hAnsiTheme="majorHAnsi" w:cstheme="majorHAnsi"/>
          <w:sz w:val="24"/>
          <w:szCs w:val="24"/>
        </w:rPr>
        <w:t xml:space="preserve"> ________________________________</w:t>
      </w:r>
      <w:r w:rsidR="007D27C0">
        <w:rPr>
          <w:rFonts w:asciiTheme="majorHAnsi" w:hAnsiTheme="majorHAnsi" w:cstheme="majorHAnsi"/>
          <w:sz w:val="24"/>
          <w:szCs w:val="24"/>
          <w:lang w:val="sv-SE"/>
        </w:rPr>
        <w:t>_____________</w:t>
      </w:r>
      <w:bookmarkStart w:id="0" w:name="_GoBack"/>
      <w:bookmarkEnd w:id="0"/>
    </w:p>
    <w:sectPr w:rsidR="002F71A8" w:rsidRPr="007D27C0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607F4"/>
    <w:rsid w:val="0015074B"/>
    <w:rsid w:val="00292DC3"/>
    <w:rsid w:val="0029639D"/>
    <w:rsid w:val="002F71A8"/>
    <w:rsid w:val="00326F90"/>
    <w:rsid w:val="004D5F3D"/>
    <w:rsid w:val="005118FE"/>
    <w:rsid w:val="007D27C0"/>
    <w:rsid w:val="00863CBB"/>
    <w:rsid w:val="00A4234C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307C15"/>
  <w14:defaultImageDpi w14:val="300"/>
  <w15:docId w15:val="{7DF9F65B-D8F2-4290-8260-85B5A60B9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C693F"/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D9F700C-F7FE-4BCB-BD3A-B9C312D92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129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814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Gosia</cp:lastModifiedBy>
  <cp:revision>8</cp:revision>
  <dcterms:created xsi:type="dcterms:W3CDTF">2025-09-18T05:39:00Z</dcterms:created>
  <dcterms:modified xsi:type="dcterms:W3CDTF">2025-09-23T06:30:00Z</dcterms:modified>
  <cp:category/>
</cp:coreProperties>
</file>